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DC9E8" w14:textId="7B1BC3A8" w:rsidR="00E97DA6" w:rsidRDefault="00E97DA6" w:rsidP="00E97DA6">
      <w:pPr>
        <w:jc w:val="both"/>
        <w:rPr>
          <w:b/>
          <w:bCs/>
          <w:sz w:val="28"/>
          <w:szCs w:val="28"/>
          <w:lang w:val="it-IT"/>
        </w:rPr>
      </w:pPr>
      <w:r>
        <w:rPr>
          <w:b/>
          <w:bCs/>
          <w:sz w:val="28"/>
          <w:szCs w:val="28"/>
          <w:lang w:val="it-IT"/>
        </w:rPr>
        <w:t xml:space="preserve">OGGETTO: </w:t>
      </w:r>
      <w:r w:rsidRPr="00E97DA6">
        <w:rPr>
          <w:b/>
          <w:bCs/>
          <w:sz w:val="28"/>
          <w:szCs w:val="28"/>
          <w:lang w:val="it-IT"/>
        </w:rPr>
        <w:t>DOMANDA DI PARTECIPAZIONE ALLA MANIFESTAZIONE DI</w:t>
      </w:r>
      <w:r>
        <w:rPr>
          <w:b/>
          <w:bCs/>
          <w:sz w:val="28"/>
          <w:szCs w:val="28"/>
          <w:lang w:val="it-IT"/>
        </w:rPr>
        <w:t xml:space="preserve"> </w:t>
      </w:r>
      <w:r w:rsidRPr="00E97DA6">
        <w:rPr>
          <w:b/>
          <w:bCs/>
          <w:sz w:val="28"/>
          <w:szCs w:val="28"/>
          <w:lang w:val="it-IT"/>
        </w:rPr>
        <w:t>INTERESSE</w:t>
      </w:r>
      <w:r>
        <w:rPr>
          <w:b/>
          <w:bCs/>
          <w:sz w:val="28"/>
          <w:szCs w:val="28"/>
          <w:lang w:val="it-IT"/>
        </w:rPr>
        <w:t xml:space="preserve"> </w:t>
      </w:r>
      <w:r w:rsidRPr="00E97DA6">
        <w:rPr>
          <w:b/>
          <w:bCs/>
          <w:sz w:val="28"/>
          <w:szCs w:val="28"/>
          <w:lang w:val="it-IT"/>
        </w:rPr>
        <w:t xml:space="preserve">PER LA GESTIONE DEI CENTRI ESTIVI 3-6 ANNI E 7-14 ANNI – </w:t>
      </w:r>
      <w:r w:rsidR="00113390">
        <w:rPr>
          <w:b/>
          <w:bCs/>
          <w:sz w:val="28"/>
          <w:szCs w:val="28"/>
          <w:lang w:val="it-IT"/>
        </w:rPr>
        <w:t>TRIENNIO</w:t>
      </w:r>
      <w:r w:rsidRPr="00E97DA6">
        <w:rPr>
          <w:b/>
          <w:bCs/>
          <w:sz w:val="28"/>
          <w:szCs w:val="28"/>
          <w:lang w:val="it-IT"/>
        </w:rPr>
        <w:t xml:space="preserve"> 2026/202</w:t>
      </w:r>
      <w:r w:rsidR="00113390">
        <w:rPr>
          <w:b/>
          <w:bCs/>
          <w:sz w:val="28"/>
          <w:szCs w:val="28"/>
          <w:lang w:val="it-IT"/>
        </w:rPr>
        <w:t>8</w:t>
      </w:r>
    </w:p>
    <w:p w14:paraId="4878F20F" w14:textId="55F79E7A" w:rsidR="001D7A19" w:rsidRDefault="001D7A19" w:rsidP="00E97DA6">
      <w:pPr>
        <w:jc w:val="both"/>
        <w:rPr>
          <w:b/>
          <w:bCs/>
          <w:sz w:val="28"/>
          <w:szCs w:val="28"/>
          <w:lang w:val="it-IT"/>
        </w:rPr>
      </w:pPr>
    </w:p>
    <w:p w14:paraId="4637564A" w14:textId="77777777" w:rsidR="00E97DA6" w:rsidRPr="00E97DA6" w:rsidRDefault="00E97DA6" w:rsidP="00E97DA6">
      <w:pPr>
        <w:jc w:val="both"/>
        <w:rPr>
          <w:b/>
          <w:bCs/>
          <w:sz w:val="28"/>
          <w:szCs w:val="28"/>
          <w:lang w:val="it-IT"/>
        </w:rPr>
      </w:pPr>
    </w:p>
    <w:p w14:paraId="6CB39615" w14:textId="77777777" w:rsidR="007C5CA2" w:rsidRDefault="00331BE5" w:rsidP="00E97DA6">
      <w:pPr>
        <w:spacing w:line="480" w:lineRule="auto"/>
        <w:jc w:val="both"/>
        <w:rPr>
          <w:sz w:val="24"/>
          <w:szCs w:val="24"/>
          <w:lang w:val="it-IT"/>
        </w:rPr>
      </w:pPr>
      <w:r w:rsidRPr="00542D8E">
        <w:rPr>
          <w:sz w:val="24"/>
          <w:szCs w:val="24"/>
          <w:lang w:val="it-IT"/>
        </w:rPr>
        <w:t>Il/La sottoscritto/a ________________________________</w:t>
      </w:r>
      <w:r w:rsidR="00E97DA6" w:rsidRPr="00542D8E">
        <w:rPr>
          <w:sz w:val="24"/>
          <w:szCs w:val="24"/>
          <w:lang w:val="it-IT"/>
        </w:rPr>
        <w:t>___  n</w:t>
      </w:r>
      <w:r w:rsidRPr="00542D8E">
        <w:rPr>
          <w:sz w:val="24"/>
          <w:szCs w:val="24"/>
          <w:lang w:val="it-IT"/>
        </w:rPr>
        <w:t xml:space="preserve">ato/a </w:t>
      </w:r>
      <w:proofErr w:type="spellStart"/>
      <w:r w:rsidRPr="00542D8E">
        <w:rPr>
          <w:sz w:val="24"/>
          <w:szCs w:val="24"/>
          <w:lang w:val="it-IT"/>
        </w:rPr>
        <w:t>a</w:t>
      </w:r>
      <w:proofErr w:type="spellEnd"/>
      <w:r w:rsidRPr="00542D8E">
        <w:rPr>
          <w:sz w:val="24"/>
          <w:szCs w:val="24"/>
          <w:lang w:val="it-IT"/>
        </w:rPr>
        <w:t xml:space="preserve"> __________________________</w:t>
      </w:r>
      <w:r w:rsidR="00E97DA6" w:rsidRPr="00542D8E">
        <w:rPr>
          <w:sz w:val="24"/>
          <w:szCs w:val="24"/>
          <w:lang w:val="it-IT"/>
        </w:rPr>
        <w:t xml:space="preserve"> (_________)</w:t>
      </w:r>
      <w:r w:rsidRPr="00542D8E">
        <w:rPr>
          <w:sz w:val="24"/>
          <w:szCs w:val="24"/>
          <w:lang w:val="it-IT"/>
        </w:rPr>
        <w:t xml:space="preserve"> il</w:t>
      </w:r>
      <w:r w:rsidR="00E97DA6" w:rsidRPr="00542D8E">
        <w:rPr>
          <w:sz w:val="24"/>
          <w:szCs w:val="24"/>
          <w:lang w:val="it-IT"/>
        </w:rPr>
        <w:t xml:space="preserve"> </w:t>
      </w:r>
      <w:r w:rsidRPr="00542D8E">
        <w:rPr>
          <w:sz w:val="24"/>
          <w:szCs w:val="24"/>
          <w:lang w:val="it-IT"/>
        </w:rPr>
        <w:t>___________</w:t>
      </w:r>
      <w:r w:rsidR="00E97DA6" w:rsidRPr="00542D8E">
        <w:rPr>
          <w:sz w:val="24"/>
          <w:szCs w:val="24"/>
          <w:lang w:val="it-IT"/>
        </w:rPr>
        <w:t>______</w:t>
      </w:r>
      <w:r w:rsidRPr="00542D8E">
        <w:rPr>
          <w:sz w:val="24"/>
          <w:szCs w:val="24"/>
          <w:lang w:val="it-IT"/>
        </w:rPr>
        <w:t>_</w:t>
      </w:r>
      <w:r w:rsidR="00E97DA6" w:rsidRPr="00542D8E">
        <w:rPr>
          <w:sz w:val="24"/>
          <w:szCs w:val="24"/>
          <w:lang w:val="it-IT"/>
        </w:rPr>
        <w:t>__________ i</w:t>
      </w:r>
      <w:r w:rsidRPr="00542D8E">
        <w:rPr>
          <w:sz w:val="24"/>
          <w:szCs w:val="24"/>
          <w:lang w:val="it-IT"/>
        </w:rPr>
        <w:t>n qualità di legale rappresentante di ________________________________</w:t>
      </w:r>
      <w:r w:rsidR="00E97DA6" w:rsidRPr="00542D8E">
        <w:rPr>
          <w:sz w:val="24"/>
          <w:szCs w:val="24"/>
          <w:lang w:val="it-IT"/>
        </w:rPr>
        <w:t>____ c</w:t>
      </w:r>
      <w:r w:rsidRPr="00542D8E">
        <w:rPr>
          <w:sz w:val="24"/>
          <w:szCs w:val="24"/>
          <w:lang w:val="it-IT"/>
        </w:rPr>
        <w:t>on sede legale in</w:t>
      </w:r>
      <w:r w:rsidR="00E97DA6" w:rsidRPr="00542D8E">
        <w:rPr>
          <w:sz w:val="24"/>
          <w:szCs w:val="24"/>
          <w:lang w:val="it-IT"/>
        </w:rPr>
        <w:t xml:space="preserve"> ________________________________________________________________________________________</w:t>
      </w:r>
    </w:p>
    <w:p w14:paraId="272DE543" w14:textId="7DDB9A18" w:rsidR="001D7A19" w:rsidRDefault="00331BE5" w:rsidP="00E97DA6">
      <w:pPr>
        <w:spacing w:line="480" w:lineRule="auto"/>
        <w:jc w:val="both"/>
        <w:rPr>
          <w:sz w:val="24"/>
          <w:szCs w:val="24"/>
          <w:lang w:val="it-IT"/>
        </w:rPr>
      </w:pPr>
      <w:r w:rsidRPr="00542D8E">
        <w:rPr>
          <w:sz w:val="24"/>
          <w:szCs w:val="24"/>
          <w:lang w:val="it-IT"/>
        </w:rPr>
        <w:t>P.IVA</w:t>
      </w:r>
      <w:r w:rsidR="00E97DA6" w:rsidRPr="00542D8E">
        <w:rPr>
          <w:sz w:val="24"/>
          <w:szCs w:val="24"/>
          <w:lang w:val="it-IT"/>
        </w:rPr>
        <w:t xml:space="preserve"> / C.F. </w:t>
      </w:r>
      <w:r w:rsidRPr="00542D8E">
        <w:rPr>
          <w:sz w:val="24"/>
          <w:szCs w:val="24"/>
          <w:lang w:val="it-IT"/>
        </w:rPr>
        <w:t xml:space="preserve"> _______________________</w:t>
      </w:r>
      <w:r w:rsidR="00542D8E">
        <w:rPr>
          <w:sz w:val="24"/>
          <w:szCs w:val="24"/>
          <w:lang w:val="it-IT"/>
        </w:rPr>
        <w:t>___</w:t>
      </w:r>
      <w:r w:rsidR="00E97DA6" w:rsidRPr="00542D8E">
        <w:rPr>
          <w:sz w:val="24"/>
          <w:szCs w:val="24"/>
          <w:lang w:val="it-IT"/>
        </w:rPr>
        <w:t xml:space="preserve"> / </w:t>
      </w:r>
      <w:r w:rsidR="00542D8E" w:rsidRPr="00542D8E">
        <w:rPr>
          <w:sz w:val="24"/>
          <w:szCs w:val="24"/>
          <w:lang w:val="it-IT"/>
        </w:rPr>
        <w:t>_______________________</w:t>
      </w:r>
      <w:r w:rsidR="00542D8E">
        <w:rPr>
          <w:sz w:val="24"/>
          <w:szCs w:val="24"/>
          <w:lang w:val="it-IT"/>
        </w:rPr>
        <w:t>___</w:t>
      </w:r>
    </w:p>
    <w:p w14:paraId="2D6C7DF5" w14:textId="16938390" w:rsidR="007C5CA2" w:rsidRPr="00542D8E" w:rsidRDefault="007C5CA2" w:rsidP="00E97DA6">
      <w:pPr>
        <w:spacing w:line="480" w:lineRule="auto"/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ISCRITTA AL REGISTRO ____________________________________________________________________________________</w:t>
      </w:r>
    </w:p>
    <w:p w14:paraId="26C0F244" w14:textId="240E0A3F" w:rsidR="001D7A19" w:rsidRPr="00542D8E" w:rsidRDefault="00331BE5" w:rsidP="00E97DA6">
      <w:pPr>
        <w:spacing w:line="480" w:lineRule="auto"/>
        <w:jc w:val="both"/>
        <w:rPr>
          <w:sz w:val="24"/>
          <w:szCs w:val="24"/>
          <w:lang w:val="it-IT"/>
        </w:rPr>
      </w:pPr>
      <w:r w:rsidRPr="00542D8E">
        <w:rPr>
          <w:sz w:val="24"/>
          <w:szCs w:val="24"/>
          <w:lang w:val="it-IT"/>
        </w:rPr>
        <w:t>PEC</w:t>
      </w:r>
      <w:r w:rsidR="00542D8E">
        <w:rPr>
          <w:sz w:val="24"/>
          <w:szCs w:val="24"/>
          <w:lang w:val="it-IT"/>
        </w:rPr>
        <w:t xml:space="preserve"> </w:t>
      </w:r>
      <w:r w:rsidR="00542D8E" w:rsidRPr="00542D8E">
        <w:rPr>
          <w:sz w:val="24"/>
          <w:szCs w:val="24"/>
          <w:lang w:val="it-IT"/>
        </w:rPr>
        <w:t>___________________________</w:t>
      </w:r>
      <w:r w:rsidR="00542D8E">
        <w:rPr>
          <w:sz w:val="24"/>
          <w:szCs w:val="24"/>
          <w:lang w:val="it-IT"/>
        </w:rPr>
        <w:t xml:space="preserve">______________________ </w:t>
      </w:r>
      <w:r w:rsidRPr="00542D8E">
        <w:rPr>
          <w:sz w:val="24"/>
          <w:szCs w:val="24"/>
          <w:lang w:val="it-IT"/>
        </w:rPr>
        <w:t>Email ___________________________</w:t>
      </w:r>
      <w:r w:rsidR="00542D8E">
        <w:rPr>
          <w:sz w:val="24"/>
          <w:szCs w:val="24"/>
          <w:lang w:val="it-IT"/>
        </w:rPr>
        <w:t>_______________________</w:t>
      </w:r>
    </w:p>
    <w:p w14:paraId="531AD3A6" w14:textId="2F30D03B" w:rsidR="001D7A19" w:rsidRPr="00542D8E" w:rsidRDefault="00331BE5" w:rsidP="00E97DA6">
      <w:pPr>
        <w:spacing w:line="480" w:lineRule="auto"/>
        <w:jc w:val="both"/>
        <w:rPr>
          <w:sz w:val="24"/>
          <w:szCs w:val="24"/>
          <w:lang w:val="it-IT"/>
        </w:rPr>
      </w:pPr>
      <w:r w:rsidRPr="00542D8E">
        <w:rPr>
          <w:sz w:val="24"/>
          <w:szCs w:val="24"/>
          <w:lang w:val="it-IT"/>
        </w:rPr>
        <w:t>Telefono _________________________________________________________</w:t>
      </w:r>
      <w:r w:rsidR="00542D8E">
        <w:rPr>
          <w:sz w:val="24"/>
          <w:szCs w:val="24"/>
          <w:lang w:val="it-IT"/>
        </w:rPr>
        <w:t>_</w:t>
      </w:r>
    </w:p>
    <w:p w14:paraId="1243F747" w14:textId="562AD585" w:rsidR="00E97DA6" w:rsidRPr="00542D8E" w:rsidRDefault="00E97DA6" w:rsidP="00E97DA6">
      <w:pPr>
        <w:spacing w:line="480" w:lineRule="auto"/>
        <w:jc w:val="both"/>
        <w:rPr>
          <w:sz w:val="24"/>
          <w:szCs w:val="24"/>
          <w:lang w:val="it-IT"/>
        </w:rPr>
      </w:pPr>
      <w:r w:rsidRPr="00542D8E">
        <w:rPr>
          <w:sz w:val="24"/>
          <w:szCs w:val="24"/>
          <w:lang w:val="it-IT"/>
        </w:rPr>
        <w:t>in riferimento alla manifestazione di interesse in oggetto, pubblicato sul sito istituzionale del Comune di Busano, consapevole, ai sensi degli articoli 46 e 47 del D.P.R.445/2000, delle sanzioni penali previste dall</w:t>
      </w:r>
      <w:r w:rsidR="00113390">
        <w:rPr>
          <w:sz w:val="24"/>
          <w:szCs w:val="24"/>
          <w:lang w:val="it-IT"/>
        </w:rPr>
        <w:t>’</w:t>
      </w:r>
      <w:r w:rsidRPr="00542D8E">
        <w:rPr>
          <w:sz w:val="24"/>
          <w:szCs w:val="24"/>
          <w:lang w:val="it-IT"/>
        </w:rPr>
        <w:t>art. 76 e delle conseguenze previste dall</w:t>
      </w:r>
      <w:r w:rsidR="00113390">
        <w:rPr>
          <w:sz w:val="24"/>
          <w:szCs w:val="24"/>
          <w:lang w:val="it-IT"/>
        </w:rPr>
        <w:t>’</w:t>
      </w:r>
      <w:r w:rsidRPr="00542D8E">
        <w:rPr>
          <w:sz w:val="24"/>
          <w:szCs w:val="24"/>
          <w:lang w:val="it-IT"/>
        </w:rPr>
        <w:t>art. 75 del medesimo D.P.R., per le ipotesi di falsità in atti e dichiarazioni mendaci,</w:t>
      </w:r>
    </w:p>
    <w:p w14:paraId="0C7E9703" w14:textId="77777777" w:rsidR="001D7A19" w:rsidRPr="00542D8E" w:rsidRDefault="00331BE5" w:rsidP="00E97DA6">
      <w:pPr>
        <w:spacing w:line="480" w:lineRule="auto"/>
        <w:jc w:val="center"/>
        <w:rPr>
          <w:sz w:val="24"/>
          <w:szCs w:val="24"/>
          <w:lang w:val="it-IT"/>
        </w:rPr>
      </w:pPr>
      <w:r w:rsidRPr="00542D8E">
        <w:rPr>
          <w:b/>
          <w:bCs/>
          <w:sz w:val="24"/>
          <w:szCs w:val="24"/>
          <w:lang w:val="it-IT"/>
        </w:rPr>
        <w:t>DICHIARA:</w:t>
      </w:r>
    </w:p>
    <w:p w14:paraId="52C88E30" w14:textId="21369329" w:rsidR="001D7A19" w:rsidRPr="00542D8E" w:rsidRDefault="00331BE5" w:rsidP="00E97DA6">
      <w:pPr>
        <w:ind w:left="284" w:hanging="284"/>
        <w:jc w:val="both"/>
        <w:rPr>
          <w:sz w:val="24"/>
          <w:szCs w:val="24"/>
          <w:lang w:val="it-IT"/>
        </w:rPr>
      </w:pPr>
      <w:r w:rsidRPr="00542D8E">
        <w:rPr>
          <w:sz w:val="24"/>
          <w:szCs w:val="24"/>
          <w:lang w:val="it-IT"/>
        </w:rPr>
        <w:t xml:space="preserve">☐ </w:t>
      </w:r>
      <w:r w:rsidR="00E97DA6" w:rsidRPr="00542D8E">
        <w:rPr>
          <w:sz w:val="24"/>
          <w:szCs w:val="24"/>
          <w:lang w:val="it-IT"/>
        </w:rPr>
        <w:t>di non trovarsi in alcuna delle cause di esclusione di cui agli artt. 94 e 95 del D.Lgs. 36/2023, e successive modificazioni e dalle altre norme che sanciscono il divieto di contrattare con la pubblica amministrazione;</w:t>
      </w:r>
    </w:p>
    <w:p w14:paraId="7303B1C2" w14:textId="4B680536" w:rsidR="001D7A19" w:rsidRPr="00542D8E" w:rsidRDefault="00331BE5">
      <w:pPr>
        <w:rPr>
          <w:sz w:val="24"/>
          <w:szCs w:val="24"/>
          <w:lang w:val="it-IT"/>
        </w:rPr>
      </w:pPr>
      <w:r w:rsidRPr="00542D8E">
        <w:rPr>
          <w:sz w:val="24"/>
          <w:szCs w:val="24"/>
          <w:lang w:val="it-IT"/>
        </w:rPr>
        <w:t>☐ di perseguire finalità educative, sociali, culturali</w:t>
      </w:r>
      <w:r w:rsidR="00542D8E" w:rsidRPr="00542D8E">
        <w:rPr>
          <w:sz w:val="24"/>
          <w:szCs w:val="24"/>
          <w:lang w:val="it-IT"/>
        </w:rPr>
        <w:t>, ricreative</w:t>
      </w:r>
      <w:r w:rsidRPr="00542D8E">
        <w:rPr>
          <w:sz w:val="24"/>
          <w:szCs w:val="24"/>
          <w:lang w:val="it-IT"/>
        </w:rPr>
        <w:t xml:space="preserve"> </w:t>
      </w:r>
      <w:r w:rsidR="00542D8E" w:rsidRPr="00542D8E">
        <w:rPr>
          <w:sz w:val="24"/>
          <w:szCs w:val="24"/>
          <w:lang w:val="it-IT"/>
        </w:rPr>
        <w:t>e/</w:t>
      </w:r>
      <w:r w:rsidRPr="00542D8E">
        <w:rPr>
          <w:sz w:val="24"/>
          <w:szCs w:val="24"/>
          <w:lang w:val="it-IT"/>
        </w:rPr>
        <w:t>o sportive;</w:t>
      </w:r>
    </w:p>
    <w:p w14:paraId="6FC75603" w14:textId="649E3156" w:rsidR="001D7A19" w:rsidRPr="00542D8E" w:rsidRDefault="00331BE5">
      <w:pPr>
        <w:rPr>
          <w:sz w:val="24"/>
          <w:szCs w:val="24"/>
          <w:lang w:val="it-IT"/>
        </w:rPr>
      </w:pPr>
      <w:r w:rsidRPr="00542D8E">
        <w:rPr>
          <w:sz w:val="24"/>
          <w:szCs w:val="24"/>
          <w:lang w:val="it-IT"/>
        </w:rPr>
        <w:t xml:space="preserve">☐ di possedere esperienza almeno </w:t>
      </w:r>
      <w:r w:rsidR="00C811F9">
        <w:rPr>
          <w:sz w:val="24"/>
          <w:szCs w:val="24"/>
          <w:lang w:val="it-IT"/>
        </w:rPr>
        <w:t>triennale</w:t>
      </w:r>
      <w:r w:rsidRPr="00542D8E">
        <w:rPr>
          <w:sz w:val="24"/>
          <w:szCs w:val="24"/>
          <w:lang w:val="it-IT"/>
        </w:rPr>
        <w:t xml:space="preserve"> nel settore</w:t>
      </w:r>
      <w:r w:rsidR="00542D8E" w:rsidRPr="00542D8E">
        <w:rPr>
          <w:sz w:val="24"/>
          <w:szCs w:val="24"/>
          <w:lang w:val="it-IT"/>
        </w:rPr>
        <w:t>, ovvero delle seguenti:</w:t>
      </w:r>
    </w:p>
    <w:p w14:paraId="542AF173" w14:textId="6A204677" w:rsidR="001D7A19" w:rsidRDefault="00331BE5" w:rsidP="00542D8E">
      <w:pPr>
        <w:spacing w:line="480" w:lineRule="auto"/>
        <w:ind w:left="284"/>
        <w:rPr>
          <w:sz w:val="24"/>
          <w:szCs w:val="24"/>
          <w:lang w:val="it-IT"/>
        </w:rPr>
      </w:pPr>
      <w:r w:rsidRPr="00542D8E">
        <w:rPr>
          <w:sz w:val="24"/>
          <w:szCs w:val="24"/>
          <w:lang w:val="it-IT"/>
        </w:rPr>
        <w:lastRenderedPageBreak/>
        <w:t>______________________________________________________________________________________________________________________________</w:t>
      </w:r>
      <w:r w:rsidR="00542D8E" w:rsidRPr="00542D8E">
        <w:rPr>
          <w:sz w:val="24"/>
          <w:szCs w:val="24"/>
          <w:lang w:val="it-IT"/>
        </w:rPr>
        <w:t>____________________________________________________________________________________________________________________________________________________________________________________</w:t>
      </w:r>
      <w:r w:rsidR="00542D8E">
        <w:rPr>
          <w:sz w:val="24"/>
          <w:szCs w:val="24"/>
          <w:lang w:val="it-IT"/>
        </w:rPr>
        <w:t>______________________________________________________________________________________________________________________________</w:t>
      </w:r>
    </w:p>
    <w:p w14:paraId="71A7B02F" w14:textId="4DC37FB3" w:rsidR="00542D8E" w:rsidRDefault="00542D8E" w:rsidP="00542D8E">
      <w:pPr>
        <w:spacing w:line="480" w:lineRule="auto"/>
        <w:ind w:left="284" w:hanging="284"/>
        <w:jc w:val="both"/>
        <w:rPr>
          <w:sz w:val="24"/>
          <w:szCs w:val="24"/>
          <w:lang w:val="it-IT"/>
        </w:rPr>
      </w:pPr>
      <w:r w:rsidRPr="00542D8E">
        <w:rPr>
          <w:sz w:val="24"/>
          <w:szCs w:val="24"/>
          <w:lang w:val="it-IT"/>
        </w:rPr>
        <w:t>☐ di conoscere, aver preso visione ed accettare senza alcuna riserva tutte le condizioni indicate nell</w:t>
      </w:r>
      <w:r w:rsidR="007C5CA2">
        <w:rPr>
          <w:sz w:val="24"/>
          <w:szCs w:val="24"/>
          <w:lang w:val="it-IT"/>
        </w:rPr>
        <w:t>’avviso di</w:t>
      </w:r>
      <w:r w:rsidRPr="00542D8E">
        <w:rPr>
          <w:sz w:val="24"/>
          <w:szCs w:val="24"/>
          <w:lang w:val="it-IT"/>
        </w:rPr>
        <w:t xml:space="preserve"> manifestazione di interesse in oggetto; </w:t>
      </w:r>
    </w:p>
    <w:p w14:paraId="416C15A7" w14:textId="049C5713" w:rsidR="00542D8E" w:rsidRDefault="00542D8E" w:rsidP="00542D8E">
      <w:pPr>
        <w:spacing w:line="480" w:lineRule="auto"/>
        <w:ind w:left="284" w:hanging="284"/>
        <w:jc w:val="both"/>
        <w:rPr>
          <w:sz w:val="24"/>
          <w:szCs w:val="24"/>
          <w:lang w:val="it-IT"/>
        </w:rPr>
      </w:pPr>
      <w:r w:rsidRPr="00542D8E">
        <w:rPr>
          <w:sz w:val="24"/>
          <w:szCs w:val="24"/>
          <w:lang w:val="it-IT"/>
        </w:rPr>
        <w:t xml:space="preserve">☐ di aver preso conoscenza degli obblighi derivanti dal D.P.R. n. 62/2013 come modificato dal DPR 81 del 13/06/2023 e dal Codice di comportamento del Comune di </w:t>
      </w:r>
      <w:r>
        <w:rPr>
          <w:sz w:val="24"/>
          <w:szCs w:val="24"/>
          <w:lang w:val="it-IT"/>
        </w:rPr>
        <w:t>Busano</w:t>
      </w:r>
      <w:r w:rsidRPr="00542D8E">
        <w:rPr>
          <w:sz w:val="24"/>
          <w:szCs w:val="24"/>
          <w:lang w:val="it-IT"/>
        </w:rPr>
        <w:t xml:space="preserve"> approvato con deliberazione G.C. n. </w:t>
      </w:r>
      <w:r w:rsidR="00113390">
        <w:rPr>
          <w:sz w:val="24"/>
          <w:szCs w:val="24"/>
          <w:lang w:val="it-IT"/>
        </w:rPr>
        <w:t>88</w:t>
      </w:r>
      <w:r w:rsidRPr="00542D8E">
        <w:rPr>
          <w:sz w:val="24"/>
          <w:szCs w:val="24"/>
          <w:lang w:val="it-IT"/>
        </w:rPr>
        <w:t xml:space="preserve"> del </w:t>
      </w:r>
      <w:r w:rsidR="00113390">
        <w:rPr>
          <w:sz w:val="24"/>
          <w:szCs w:val="24"/>
          <w:lang w:val="it-IT"/>
        </w:rPr>
        <w:t>23</w:t>
      </w:r>
      <w:r w:rsidRPr="00542D8E">
        <w:rPr>
          <w:sz w:val="24"/>
          <w:szCs w:val="24"/>
          <w:lang w:val="it-IT"/>
        </w:rPr>
        <w:t>/12/</w:t>
      </w:r>
      <w:r w:rsidR="00113390">
        <w:rPr>
          <w:sz w:val="24"/>
          <w:szCs w:val="24"/>
          <w:lang w:val="it-IT"/>
        </w:rPr>
        <w:t>2013</w:t>
      </w:r>
      <w:r w:rsidRPr="00542D8E">
        <w:rPr>
          <w:sz w:val="24"/>
          <w:szCs w:val="24"/>
          <w:lang w:val="it-IT"/>
        </w:rPr>
        <w:t>, pubblicato sul sito internet del Comune all</w:t>
      </w:r>
      <w:r w:rsidR="00113390">
        <w:rPr>
          <w:sz w:val="24"/>
          <w:szCs w:val="24"/>
          <w:lang w:val="it-IT"/>
        </w:rPr>
        <w:t>’</w:t>
      </w:r>
      <w:r w:rsidRPr="00542D8E">
        <w:rPr>
          <w:sz w:val="24"/>
          <w:szCs w:val="24"/>
          <w:lang w:val="it-IT"/>
        </w:rPr>
        <w:t>interno di “Amministrazione Trasparente” e di impegnarsi ad osservare e a far osservare ai propri dipendenti e</w:t>
      </w:r>
      <w:r w:rsidR="00113390">
        <w:rPr>
          <w:sz w:val="24"/>
          <w:szCs w:val="24"/>
          <w:lang w:val="it-IT"/>
        </w:rPr>
        <w:t>/o</w:t>
      </w:r>
      <w:r w:rsidRPr="00542D8E">
        <w:rPr>
          <w:sz w:val="24"/>
          <w:szCs w:val="24"/>
          <w:lang w:val="it-IT"/>
        </w:rPr>
        <w:t xml:space="preserve"> collaboratori i suindicati codici di comportamento, pena la risoluzione del contratto;</w:t>
      </w:r>
    </w:p>
    <w:p w14:paraId="4ECD3FFE" w14:textId="2C01F94B" w:rsidR="00542D8E" w:rsidRPr="00542D8E" w:rsidRDefault="00542D8E" w:rsidP="00113390">
      <w:pPr>
        <w:spacing w:line="480" w:lineRule="auto"/>
        <w:ind w:left="284" w:hanging="284"/>
        <w:jc w:val="both"/>
        <w:rPr>
          <w:sz w:val="24"/>
          <w:szCs w:val="24"/>
          <w:lang w:val="it-IT"/>
        </w:rPr>
      </w:pPr>
      <w:r w:rsidRPr="00542D8E">
        <w:rPr>
          <w:sz w:val="24"/>
          <w:szCs w:val="24"/>
          <w:lang w:val="it-IT"/>
        </w:rPr>
        <w:t>☐ di essere informato, ai sensi e per gli effetti dell</w:t>
      </w:r>
      <w:r w:rsidR="00113390">
        <w:rPr>
          <w:sz w:val="24"/>
          <w:szCs w:val="24"/>
          <w:lang w:val="it-IT"/>
        </w:rPr>
        <w:t>’</w:t>
      </w:r>
      <w:r w:rsidRPr="00542D8E">
        <w:rPr>
          <w:sz w:val="24"/>
          <w:szCs w:val="24"/>
          <w:lang w:val="it-IT"/>
        </w:rPr>
        <w:t>articolo 13 del decreto legislativo 30 giugno 2003, n. 196 e di cui all</w:t>
      </w:r>
      <w:r w:rsidR="00113390">
        <w:rPr>
          <w:sz w:val="24"/>
          <w:szCs w:val="24"/>
          <w:lang w:val="it-IT"/>
        </w:rPr>
        <w:t>’</w:t>
      </w:r>
      <w:r w:rsidRPr="00542D8E">
        <w:rPr>
          <w:sz w:val="24"/>
          <w:szCs w:val="24"/>
          <w:lang w:val="it-IT"/>
        </w:rPr>
        <w:t>art. 13 del Regolamento UE n. 2016/679 relativo alla protezione delle persone fisiche con riguardo al trattamento dei dati personali, nonché alla libera circolazione di tali dati, che i dati personali raccolti saranno trattati, anche con strumenti informatici, esclusivamente nell</w:t>
      </w:r>
      <w:r w:rsidR="00113390">
        <w:rPr>
          <w:sz w:val="24"/>
          <w:szCs w:val="24"/>
          <w:lang w:val="it-IT"/>
        </w:rPr>
        <w:t>’</w:t>
      </w:r>
      <w:r w:rsidRPr="00542D8E">
        <w:rPr>
          <w:sz w:val="24"/>
          <w:szCs w:val="24"/>
          <w:lang w:val="it-IT"/>
        </w:rPr>
        <w:t>ambito della presente gara, nonché dell</w:t>
      </w:r>
      <w:r w:rsidR="00113390">
        <w:rPr>
          <w:sz w:val="24"/>
          <w:szCs w:val="24"/>
          <w:lang w:val="it-IT"/>
        </w:rPr>
        <w:t>’</w:t>
      </w:r>
      <w:r w:rsidRPr="00542D8E">
        <w:rPr>
          <w:sz w:val="24"/>
          <w:szCs w:val="24"/>
          <w:lang w:val="it-IT"/>
        </w:rPr>
        <w:t>esistenza dei diritti di cui all</w:t>
      </w:r>
      <w:r w:rsidR="00113390">
        <w:rPr>
          <w:sz w:val="24"/>
          <w:szCs w:val="24"/>
          <w:lang w:val="it-IT"/>
        </w:rPr>
        <w:t>’</w:t>
      </w:r>
      <w:r w:rsidRPr="00542D8E">
        <w:rPr>
          <w:sz w:val="24"/>
          <w:szCs w:val="24"/>
          <w:lang w:val="it-IT"/>
        </w:rPr>
        <w:t>articolo 7 del medesimo decreto legislativo e di cui agli artt. da 15 a 22 del suddetto Regolamento.</w:t>
      </w:r>
    </w:p>
    <w:p w14:paraId="0E7DB01B" w14:textId="77777777" w:rsidR="001D7A19" w:rsidRPr="00542D8E" w:rsidRDefault="001D7A19">
      <w:pPr>
        <w:rPr>
          <w:sz w:val="24"/>
          <w:szCs w:val="24"/>
          <w:lang w:val="it-IT"/>
        </w:rPr>
      </w:pPr>
    </w:p>
    <w:p w14:paraId="22B9C7C0" w14:textId="77777777" w:rsidR="00113390" w:rsidRDefault="00113390">
      <w:pPr>
        <w:rPr>
          <w:sz w:val="24"/>
          <w:szCs w:val="24"/>
          <w:lang w:val="it-IT"/>
        </w:rPr>
      </w:pPr>
    </w:p>
    <w:p w14:paraId="06D9C1CC" w14:textId="4B352C5C" w:rsidR="001D7A19" w:rsidRPr="00542D8E" w:rsidRDefault="00331BE5">
      <w:pPr>
        <w:rPr>
          <w:sz w:val="24"/>
          <w:szCs w:val="24"/>
          <w:lang w:val="it-IT"/>
        </w:rPr>
      </w:pPr>
      <w:r w:rsidRPr="00542D8E">
        <w:rPr>
          <w:sz w:val="24"/>
          <w:szCs w:val="24"/>
          <w:lang w:val="it-IT"/>
        </w:rPr>
        <w:t>Il sottoscritto dichiara inoltre di aver preso visione dell</w:t>
      </w:r>
      <w:r w:rsidR="00113390">
        <w:rPr>
          <w:sz w:val="24"/>
          <w:szCs w:val="24"/>
          <w:lang w:val="it-IT"/>
        </w:rPr>
        <w:t>’</w:t>
      </w:r>
      <w:r w:rsidRPr="00542D8E">
        <w:rPr>
          <w:sz w:val="24"/>
          <w:szCs w:val="24"/>
          <w:lang w:val="it-IT"/>
        </w:rPr>
        <w:t>avviso e di accettarne tutte le condizioni.</w:t>
      </w:r>
    </w:p>
    <w:p w14:paraId="6AEC553F" w14:textId="77777777" w:rsidR="001D7A19" w:rsidRPr="00542D8E" w:rsidRDefault="001D7A19">
      <w:pPr>
        <w:rPr>
          <w:sz w:val="24"/>
          <w:szCs w:val="24"/>
          <w:lang w:val="it-IT"/>
        </w:rPr>
      </w:pPr>
    </w:p>
    <w:p w14:paraId="02643617" w14:textId="77777777" w:rsidR="00113390" w:rsidRDefault="00113390">
      <w:pPr>
        <w:rPr>
          <w:sz w:val="24"/>
          <w:szCs w:val="24"/>
          <w:lang w:val="it-IT"/>
        </w:rPr>
      </w:pPr>
    </w:p>
    <w:p w14:paraId="078F3D30" w14:textId="5CA35E44" w:rsidR="001D7A19" w:rsidRPr="00542D8E" w:rsidRDefault="00331BE5">
      <w:pPr>
        <w:rPr>
          <w:sz w:val="24"/>
          <w:szCs w:val="24"/>
          <w:lang w:val="it-IT"/>
        </w:rPr>
      </w:pPr>
      <w:r w:rsidRPr="00542D8E">
        <w:rPr>
          <w:sz w:val="24"/>
          <w:szCs w:val="24"/>
          <w:lang w:val="it-IT"/>
        </w:rPr>
        <w:t>Luogo _______________________   Data ___</w:t>
      </w:r>
      <w:r w:rsidR="00542D8E">
        <w:rPr>
          <w:sz w:val="24"/>
          <w:szCs w:val="24"/>
          <w:lang w:val="it-IT"/>
        </w:rPr>
        <w:t>__</w:t>
      </w:r>
      <w:r w:rsidRPr="00542D8E">
        <w:rPr>
          <w:sz w:val="24"/>
          <w:szCs w:val="24"/>
          <w:lang w:val="it-IT"/>
        </w:rPr>
        <w:t xml:space="preserve"> / </w:t>
      </w:r>
      <w:r w:rsidR="00542D8E">
        <w:rPr>
          <w:sz w:val="24"/>
          <w:szCs w:val="24"/>
          <w:lang w:val="it-IT"/>
        </w:rPr>
        <w:t>__</w:t>
      </w:r>
      <w:r w:rsidRPr="00542D8E">
        <w:rPr>
          <w:sz w:val="24"/>
          <w:szCs w:val="24"/>
          <w:lang w:val="it-IT"/>
        </w:rPr>
        <w:t>___ / ______</w:t>
      </w:r>
      <w:r w:rsidR="00542D8E">
        <w:rPr>
          <w:sz w:val="24"/>
          <w:szCs w:val="24"/>
          <w:lang w:val="it-IT"/>
        </w:rPr>
        <w:t>___</w:t>
      </w:r>
    </w:p>
    <w:p w14:paraId="1D2B121D" w14:textId="77777777" w:rsidR="001D7A19" w:rsidRDefault="001D7A19">
      <w:pPr>
        <w:rPr>
          <w:sz w:val="24"/>
          <w:szCs w:val="24"/>
          <w:lang w:val="it-IT"/>
        </w:rPr>
      </w:pPr>
    </w:p>
    <w:p w14:paraId="0A471166" w14:textId="77777777" w:rsidR="00542D8E" w:rsidRPr="00542D8E" w:rsidRDefault="00542D8E">
      <w:pPr>
        <w:rPr>
          <w:sz w:val="24"/>
          <w:szCs w:val="24"/>
          <w:lang w:val="it-IT"/>
        </w:rPr>
      </w:pPr>
    </w:p>
    <w:p w14:paraId="7D64E4EB" w14:textId="77777777" w:rsidR="00113390" w:rsidRDefault="00113390">
      <w:pPr>
        <w:rPr>
          <w:sz w:val="24"/>
          <w:szCs w:val="24"/>
          <w:lang w:val="it-IT"/>
        </w:rPr>
      </w:pPr>
    </w:p>
    <w:p w14:paraId="18629471" w14:textId="597BCC99" w:rsidR="001D7A19" w:rsidRPr="00542D8E" w:rsidRDefault="00331BE5">
      <w:pPr>
        <w:rPr>
          <w:sz w:val="24"/>
          <w:szCs w:val="24"/>
          <w:lang w:val="it-IT"/>
        </w:rPr>
      </w:pPr>
      <w:r w:rsidRPr="00542D8E">
        <w:rPr>
          <w:sz w:val="24"/>
          <w:szCs w:val="24"/>
          <w:lang w:val="it-IT"/>
        </w:rPr>
        <w:t>Firma</w:t>
      </w:r>
      <w:r w:rsidR="00542D8E">
        <w:rPr>
          <w:sz w:val="24"/>
          <w:szCs w:val="24"/>
          <w:lang w:val="it-IT"/>
        </w:rPr>
        <w:t xml:space="preserve"> del Legale Rappresentante </w:t>
      </w:r>
      <w:r w:rsidRPr="00542D8E">
        <w:rPr>
          <w:sz w:val="24"/>
          <w:szCs w:val="24"/>
          <w:lang w:val="it-IT"/>
        </w:rPr>
        <w:t>________________________________</w:t>
      </w:r>
      <w:r w:rsidR="00542D8E">
        <w:rPr>
          <w:sz w:val="24"/>
          <w:szCs w:val="24"/>
          <w:lang w:val="it-IT"/>
        </w:rPr>
        <w:t>___________________</w:t>
      </w:r>
    </w:p>
    <w:p w14:paraId="18E5657B" w14:textId="77777777" w:rsidR="001D7A19" w:rsidRPr="00542D8E" w:rsidRDefault="001D7A19">
      <w:pPr>
        <w:rPr>
          <w:sz w:val="24"/>
          <w:szCs w:val="24"/>
          <w:lang w:val="it-IT"/>
        </w:rPr>
      </w:pPr>
    </w:p>
    <w:p w14:paraId="307896DB" w14:textId="77777777" w:rsidR="00113390" w:rsidRDefault="00113390">
      <w:pPr>
        <w:rPr>
          <w:sz w:val="24"/>
          <w:szCs w:val="24"/>
          <w:lang w:val="it-IT"/>
        </w:rPr>
      </w:pPr>
    </w:p>
    <w:p w14:paraId="5196D2E1" w14:textId="77777777" w:rsidR="00113390" w:rsidRPr="00675C19" w:rsidRDefault="00331BE5" w:rsidP="00675C19">
      <w:pPr>
        <w:jc w:val="center"/>
        <w:rPr>
          <w:sz w:val="28"/>
          <w:szCs w:val="28"/>
          <w:lang w:val="it-IT"/>
        </w:rPr>
      </w:pPr>
      <w:r w:rsidRPr="00675C19">
        <w:rPr>
          <w:b/>
          <w:bCs/>
          <w:sz w:val="28"/>
          <w:szCs w:val="28"/>
          <w:u w:val="single"/>
          <w:lang w:val="it-IT"/>
        </w:rPr>
        <w:t>ALLEGAT</w:t>
      </w:r>
      <w:r w:rsidR="00113390" w:rsidRPr="00675C19">
        <w:rPr>
          <w:b/>
          <w:bCs/>
          <w:sz w:val="28"/>
          <w:szCs w:val="28"/>
          <w:u w:val="single"/>
          <w:lang w:val="it-IT"/>
        </w:rPr>
        <w:t>I ALLA PRESENTE DOMANDA</w:t>
      </w:r>
      <w:r w:rsidRPr="00675C19">
        <w:rPr>
          <w:sz w:val="28"/>
          <w:szCs w:val="28"/>
          <w:lang w:val="it-IT"/>
        </w:rPr>
        <w:t>:</w:t>
      </w:r>
    </w:p>
    <w:p w14:paraId="54DC94B6" w14:textId="7A5FDA9C" w:rsidR="007C5CA2" w:rsidRPr="007C5CA2" w:rsidRDefault="00113390" w:rsidP="007C5CA2">
      <w:pPr>
        <w:pStyle w:val="Paragrafoelenco"/>
        <w:numPr>
          <w:ilvl w:val="0"/>
          <w:numId w:val="11"/>
        </w:numPr>
        <w:rPr>
          <w:sz w:val="24"/>
          <w:szCs w:val="24"/>
          <w:lang w:val="it-IT"/>
        </w:rPr>
      </w:pPr>
      <w:r w:rsidRPr="00113390">
        <w:rPr>
          <w:sz w:val="24"/>
          <w:szCs w:val="24"/>
          <w:lang w:val="it-IT"/>
        </w:rPr>
        <w:t>Curriculum del soggetto partecipante contenente le attività e i servizi svolti;</w:t>
      </w:r>
    </w:p>
    <w:p w14:paraId="3BB89060" w14:textId="77777777" w:rsidR="00696593" w:rsidRDefault="00696593" w:rsidP="00696593">
      <w:pPr>
        <w:pStyle w:val="Paragrafoelenco"/>
        <w:ind w:left="360"/>
        <w:rPr>
          <w:sz w:val="24"/>
          <w:szCs w:val="24"/>
          <w:lang w:val="it-IT"/>
        </w:rPr>
      </w:pPr>
    </w:p>
    <w:p w14:paraId="5C975005" w14:textId="0F968229" w:rsidR="007C5CA2" w:rsidRPr="007C5CA2" w:rsidRDefault="00113390" w:rsidP="007C5CA2">
      <w:pPr>
        <w:pStyle w:val="Paragrafoelenco"/>
        <w:numPr>
          <w:ilvl w:val="0"/>
          <w:numId w:val="11"/>
        </w:numPr>
        <w:rPr>
          <w:sz w:val="24"/>
          <w:szCs w:val="24"/>
          <w:lang w:val="it-IT"/>
        </w:rPr>
      </w:pPr>
      <w:r w:rsidRPr="00696593">
        <w:rPr>
          <w:sz w:val="24"/>
          <w:szCs w:val="24"/>
          <w:lang w:val="it-IT"/>
        </w:rPr>
        <w:t>Progetto di gestione e realizzazione del centro estivo che si intende proporre</w:t>
      </w:r>
      <w:r w:rsidR="00696593" w:rsidRPr="00696593">
        <w:rPr>
          <w:sz w:val="24"/>
          <w:szCs w:val="24"/>
          <w:lang w:val="it-IT"/>
        </w:rPr>
        <w:t>;</w:t>
      </w:r>
    </w:p>
    <w:p w14:paraId="1DC6479B" w14:textId="77777777" w:rsidR="00113390" w:rsidRPr="0054307C" w:rsidRDefault="00113390" w:rsidP="00113390">
      <w:pPr>
        <w:pStyle w:val="Paragrafoelenco"/>
        <w:ind w:left="360"/>
        <w:rPr>
          <w:strike/>
          <w:sz w:val="24"/>
          <w:szCs w:val="24"/>
          <w:lang w:val="it-IT"/>
        </w:rPr>
      </w:pPr>
    </w:p>
    <w:p w14:paraId="1F718CC0" w14:textId="2AB6B767" w:rsidR="001D7A19" w:rsidRPr="007C5CA2" w:rsidRDefault="00113390" w:rsidP="00113390">
      <w:pPr>
        <w:pStyle w:val="Paragrafoelenco"/>
        <w:numPr>
          <w:ilvl w:val="0"/>
          <w:numId w:val="11"/>
        </w:numPr>
        <w:rPr>
          <w:sz w:val="24"/>
          <w:szCs w:val="24"/>
          <w:lang w:val="it-IT"/>
        </w:rPr>
      </w:pPr>
      <w:r w:rsidRPr="007C5CA2">
        <w:rPr>
          <w:sz w:val="24"/>
          <w:szCs w:val="24"/>
          <w:lang w:val="it-IT"/>
        </w:rPr>
        <w:t>Copia fotostatica del documento d’identità del firmatario in corso di validità.</w:t>
      </w:r>
    </w:p>
    <w:sectPr w:rsidR="001D7A19" w:rsidRPr="007C5CA2" w:rsidSect="00542D8E">
      <w:headerReference w:type="default" r:id="rId8"/>
      <w:pgSz w:w="12240" w:h="15840"/>
      <w:pgMar w:top="141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97848" w14:textId="77777777" w:rsidR="003F3926" w:rsidRDefault="003F3926" w:rsidP="00E97DA6">
      <w:pPr>
        <w:spacing w:after="0" w:line="240" w:lineRule="auto"/>
      </w:pPr>
      <w:r>
        <w:separator/>
      </w:r>
    </w:p>
  </w:endnote>
  <w:endnote w:type="continuationSeparator" w:id="0">
    <w:p w14:paraId="2DC70421" w14:textId="77777777" w:rsidR="003F3926" w:rsidRDefault="003F3926" w:rsidP="00E9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4F429" w14:textId="77777777" w:rsidR="003F3926" w:rsidRDefault="003F3926" w:rsidP="00E97DA6">
      <w:pPr>
        <w:spacing w:after="0" w:line="240" w:lineRule="auto"/>
      </w:pPr>
      <w:r>
        <w:separator/>
      </w:r>
    </w:p>
  </w:footnote>
  <w:footnote w:type="continuationSeparator" w:id="0">
    <w:p w14:paraId="414F8E66" w14:textId="77777777" w:rsidR="003F3926" w:rsidRDefault="003F3926" w:rsidP="00E97D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5AD05" w14:textId="59FF0F5C" w:rsidR="00E97DA6" w:rsidRDefault="00E97DA6" w:rsidP="00E97DA6">
    <w:pPr>
      <w:pStyle w:val="Intestazione"/>
      <w:jc w:val="center"/>
      <w:rPr>
        <w:b/>
        <w:bCs/>
        <w:i/>
        <w:iCs/>
        <w:color w:val="EE0000"/>
        <w:sz w:val="28"/>
        <w:szCs w:val="28"/>
        <w:lang w:val="it-IT"/>
      </w:rPr>
    </w:pPr>
    <w:r w:rsidRPr="00E97DA6">
      <w:rPr>
        <w:b/>
        <w:bCs/>
        <w:i/>
        <w:iCs/>
        <w:color w:val="EE0000"/>
        <w:sz w:val="28"/>
        <w:szCs w:val="28"/>
        <w:lang w:val="it-IT"/>
      </w:rPr>
      <w:t>DA RIPORTARE SU CARTA INTESTATA DEL</w:t>
    </w:r>
    <w:r w:rsidR="00903349">
      <w:rPr>
        <w:b/>
        <w:bCs/>
        <w:i/>
        <w:iCs/>
        <w:color w:val="EE0000"/>
        <w:sz w:val="28"/>
        <w:szCs w:val="28"/>
        <w:lang w:val="it-IT"/>
      </w:rPr>
      <w:t xml:space="preserve"> RICHIEDENTE</w:t>
    </w:r>
  </w:p>
  <w:p w14:paraId="4935152B" w14:textId="77777777" w:rsidR="00E97DA6" w:rsidRDefault="00E97DA6" w:rsidP="00E97DA6">
    <w:pPr>
      <w:pStyle w:val="Intestazione"/>
      <w:jc w:val="center"/>
      <w:rPr>
        <w:b/>
        <w:bCs/>
        <w:i/>
        <w:iCs/>
        <w:color w:val="EE0000"/>
        <w:sz w:val="28"/>
        <w:szCs w:val="28"/>
        <w:lang w:val="it-IT"/>
      </w:rPr>
    </w:pPr>
  </w:p>
  <w:p w14:paraId="22F00DDF" w14:textId="77777777" w:rsidR="00E97DA6" w:rsidRPr="00E97DA6" w:rsidRDefault="00E97DA6" w:rsidP="00E97DA6">
    <w:pPr>
      <w:pStyle w:val="Intestazione"/>
      <w:jc w:val="center"/>
      <w:rPr>
        <w:b/>
        <w:bCs/>
        <w:i/>
        <w:iCs/>
        <w:color w:val="EE0000"/>
        <w:sz w:val="28"/>
        <w:szCs w:val="28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C137BDA"/>
    <w:multiLevelType w:val="hybridMultilevel"/>
    <w:tmpl w:val="A6B88914"/>
    <w:lvl w:ilvl="0" w:tplc="5F105AE8">
      <w:start w:val="1"/>
      <w:numFmt w:val="decimal"/>
      <w:lvlText w:val="%1."/>
      <w:lvlJc w:val="left"/>
      <w:rPr>
        <w:rFonts w:asciiTheme="minorHAnsi" w:eastAsiaTheme="minorEastAsia" w:hAnsiTheme="minorHAnsi" w:cstheme="minorBid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54D359D"/>
    <w:multiLevelType w:val="hybridMultilevel"/>
    <w:tmpl w:val="7DAA700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7756694">
    <w:abstractNumId w:val="9"/>
  </w:num>
  <w:num w:numId="2" w16cid:durableId="55670191">
    <w:abstractNumId w:val="7"/>
  </w:num>
  <w:num w:numId="3" w16cid:durableId="1197159358">
    <w:abstractNumId w:val="6"/>
  </w:num>
  <w:num w:numId="4" w16cid:durableId="335697702">
    <w:abstractNumId w:val="5"/>
  </w:num>
  <w:num w:numId="5" w16cid:durableId="1973173729">
    <w:abstractNumId w:val="8"/>
  </w:num>
  <w:num w:numId="6" w16cid:durableId="1127814577">
    <w:abstractNumId w:val="4"/>
  </w:num>
  <w:num w:numId="7" w16cid:durableId="294603061">
    <w:abstractNumId w:val="3"/>
  </w:num>
  <w:num w:numId="8" w16cid:durableId="1768574373">
    <w:abstractNumId w:val="2"/>
  </w:num>
  <w:num w:numId="9" w16cid:durableId="1618485680">
    <w:abstractNumId w:val="1"/>
  </w:num>
  <w:num w:numId="10" w16cid:durableId="56590300">
    <w:abstractNumId w:val="0"/>
  </w:num>
  <w:num w:numId="11" w16cid:durableId="12348965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13390"/>
    <w:rsid w:val="0015074B"/>
    <w:rsid w:val="001A1281"/>
    <w:rsid w:val="001D7A19"/>
    <w:rsid w:val="00233585"/>
    <w:rsid w:val="0029639D"/>
    <w:rsid w:val="00326F90"/>
    <w:rsid w:val="00331BE5"/>
    <w:rsid w:val="003F3926"/>
    <w:rsid w:val="00542D8E"/>
    <w:rsid w:val="0054307C"/>
    <w:rsid w:val="005E0221"/>
    <w:rsid w:val="00675C19"/>
    <w:rsid w:val="00696593"/>
    <w:rsid w:val="00776881"/>
    <w:rsid w:val="007C5CA2"/>
    <w:rsid w:val="008B52DB"/>
    <w:rsid w:val="00903349"/>
    <w:rsid w:val="009E083A"/>
    <w:rsid w:val="00AA1D8D"/>
    <w:rsid w:val="00B47730"/>
    <w:rsid w:val="00C811F9"/>
    <w:rsid w:val="00CB0664"/>
    <w:rsid w:val="00CE0539"/>
    <w:rsid w:val="00E5551F"/>
    <w:rsid w:val="00E97DA6"/>
    <w:rsid w:val="00FB30F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AC9628"/>
  <w14:defaultImageDpi w14:val="300"/>
  <w15:docId w15:val="{18395263-3E97-41E6-B437-4BE55CAA8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B768516-9179-4305-812D-3D5DC5CA4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556</Words>
  <Characters>3174</Characters>
  <Application>Microsoft Office Word</Application>
  <DocSecurity>0</DocSecurity>
  <Lines>26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3723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Maria Rita Danzero</cp:lastModifiedBy>
  <cp:revision>6</cp:revision>
  <dcterms:created xsi:type="dcterms:W3CDTF">2026-04-29T08:09:00Z</dcterms:created>
  <dcterms:modified xsi:type="dcterms:W3CDTF">2026-05-05T11:54:00Z</dcterms:modified>
  <cp:category/>
</cp:coreProperties>
</file>